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D1" w:rsidRDefault="00021CD1" w:rsidP="00021CD1">
      <w:pPr>
        <w:pStyle w:val="NormalnyWeb"/>
      </w:pPr>
      <w:r>
        <w:rPr>
          <w:noProof/>
        </w:rPr>
        <w:drawing>
          <wp:inline distT="0" distB="0" distL="0" distR="0">
            <wp:extent cx="5558790" cy="2425655"/>
            <wp:effectExtent l="19050" t="0" r="3810" b="0"/>
            <wp:docPr id="1" name="Obraz 1" descr="C:\Users\Admin\Desktop\Zaproszenie na zaw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aproszenie na zawod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27" cy="24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4B" w:rsidRDefault="00021CD1">
      <w:pPr>
        <w:pStyle w:val="Nagwek1"/>
        <w:jc w:val="center"/>
      </w:pPr>
      <w:r>
        <w:t>KLUB STRZELECKI VIS ŁOMŻA</w:t>
      </w:r>
    </w:p>
    <w:p w:rsidR="00957B4B" w:rsidRDefault="00021CD1">
      <w:pPr>
        <w:jc w:val="center"/>
      </w:pPr>
      <w:r>
        <w:t>Zawody z okazji Dnia Kobiet i Dnia Mężczyzn</w:t>
      </w:r>
    </w:p>
    <w:p w:rsidR="00957B4B" w:rsidRDefault="00021CD1">
      <w:pPr>
        <w:pStyle w:val="Nagwek2"/>
        <w:jc w:val="center"/>
      </w:pPr>
      <w:r>
        <w:t>„Wystrzałowa Kobieta”</w:t>
      </w:r>
    </w:p>
    <w:p w:rsidR="00957B4B" w:rsidRDefault="00021CD1">
      <w:pPr>
        <w:jc w:val="center"/>
      </w:pPr>
      <w:r>
        <w:t xml:space="preserve">08.03.2026 r. (zawody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kalendarza</w:t>
      </w:r>
      <w:proofErr w:type="spellEnd"/>
      <w:r>
        <w:t xml:space="preserve"> PZSS)</w:t>
      </w:r>
    </w:p>
    <w:p w:rsidR="00957B4B" w:rsidRDefault="00021CD1">
      <w:r>
        <w:br/>
        <w:t>Dodatkowe informacje: ksvis@ksvis.org</w:t>
      </w:r>
    </w:p>
    <w:p w:rsidR="00957B4B" w:rsidRDefault="00021CD1">
      <w:r>
        <w:t>Tel.: 503-163-658 – Grzegorz Banach</w:t>
      </w:r>
    </w:p>
    <w:p w:rsidR="00957B4B" w:rsidRDefault="00021CD1">
      <w:pPr>
        <w:pStyle w:val="Nagwek2"/>
      </w:pPr>
      <w:r>
        <w:t>REGULAMIN ZAWODÓW</w:t>
      </w:r>
    </w:p>
    <w:p w:rsidR="00957B4B" w:rsidRDefault="00021CD1">
      <w:pPr>
        <w:pStyle w:val="Nagwek3"/>
      </w:pPr>
      <w:r>
        <w:t>1. Cel organizowania zawodów</w:t>
      </w:r>
    </w:p>
    <w:p w:rsidR="00957B4B" w:rsidRDefault="00021CD1">
      <w:r>
        <w:t>a) Popularyzacja sportu strzeleckiego.</w:t>
      </w:r>
    </w:p>
    <w:p w:rsidR="00957B4B" w:rsidRDefault="00021CD1">
      <w:r>
        <w:t>b) Podnoszenie kwalifikacji strzeleckich.</w:t>
      </w:r>
    </w:p>
    <w:p w:rsidR="00957B4B" w:rsidRDefault="00021CD1">
      <w:r>
        <w:t>c) Sportowa rywalizacja.</w:t>
      </w:r>
    </w:p>
    <w:p w:rsidR="00957B4B" w:rsidRDefault="00021CD1">
      <w:r>
        <w:t>d) Kultywowanie wartości patriotycznych i tradycji strzeleckich.</w:t>
      </w:r>
    </w:p>
    <w:p w:rsidR="00957B4B" w:rsidRDefault="00021CD1">
      <w:r>
        <w:t>e) Integracja środowisk strzeleckich.</w:t>
      </w:r>
    </w:p>
    <w:p w:rsidR="00957B4B" w:rsidRDefault="00021CD1">
      <w:pPr>
        <w:pStyle w:val="Nagwek3"/>
      </w:pPr>
      <w:r>
        <w:t>2. Organizator</w:t>
      </w:r>
    </w:p>
    <w:p w:rsidR="00957B4B" w:rsidRDefault="00021CD1">
      <w:r>
        <w:t>a) Klub Strzelecki VIS Łomża.</w:t>
      </w:r>
    </w:p>
    <w:p w:rsidR="00957B4B" w:rsidRDefault="00021CD1">
      <w:pPr>
        <w:pStyle w:val="Nagwek3"/>
      </w:pPr>
      <w:r>
        <w:t>3. Miejsce i termin</w:t>
      </w:r>
    </w:p>
    <w:p w:rsidR="00957B4B" w:rsidRDefault="00021CD1">
      <w:r>
        <w:t>a) Strzelnica KS VIS Łomża, ul. Towarowa 9.</w:t>
      </w:r>
    </w:p>
    <w:p w:rsidR="00957B4B" w:rsidRDefault="00021CD1">
      <w:r>
        <w:t>b) Rejestracja w dniu zawodów od godz. 9:30.</w:t>
      </w:r>
    </w:p>
    <w:p w:rsidR="00957B4B" w:rsidRDefault="00021CD1">
      <w:r>
        <w:lastRenderedPageBreak/>
        <w:t>c) Rozpoczęcie zawodów – godz. 10:00.</w:t>
      </w:r>
    </w:p>
    <w:p w:rsidR="00957B4B" w:rsidRDefault="00021CD1">
      <w:r>
        <w:t>d) Rejestracja elektroniczna: 3 marca godz. 10:00 – 8 marca godz. 13:00.</w:t>
      </w:r>
    </w:p>
    <w:p w:rsidR="00957B4B" w:rsidRDefault="00021CD1">
      <w:pPr>
        <w:pStyle w:val="Nagwek3"/>
      </w:pPr>
      <w:r>
        <w:t>4. Rozgrywane konkurencje</w:t>
      </w:r>
    </w:p>
    <w:p w:rsidR="00957B4B" w:rsidRDefault="00021CD1">
      <w:pPr>
        <w:pStyle w:val="Nagwek4"/>
      </w:pPr>
      <w:r>
        <w:t>Pistolet – PPN 10</w:t>
      </w:r>
    </w:p>
    <w:p w:rsidR="00957B4B" w:rsidRDefault="00021CD1">
      <w:r>
        <w:t>• Przyrządy celownicze mechaniczne</w:t>
      </w:r>
    </w:p>
    <w:p w:rsidR="00957B4B" w:rsidRDefault="00021CD1">
      <w:r>
        <w:t>• Tarcza PPN</w:t>
      </w:r>
    </w:p>
    <w:p w:rsidR="00957B4B" w:rsidRDefault="00021CD1">
      <w:r>
        <w:t>• 10 strzałów ocenianych</w:t>
      </w:r>
    </w:p>
    <w:p w:rsidR="00957B4B" w:rsidRDefault="00021CD1">
      <w:r>
        <w:t>• Czas: 5 minut</w:t>
      </w:r>
    </w:p>
    <w:p w:rsidR="00957B4B" w:rsidRDefault="00021CD1">
      <w:r>
        <w:t>• Postawa stojąc</w:t>
      </w:r>
    </w:p>
    <w:p w:rsidR="00957B4B" w:rsidRDefault="00021CD1">
      <w:r>
        <w:t>• Punktacja zgodnie z numeracją na tarczy</w:t>
      </w:r>
    </w:p>
    <w:p w:rsidR="00957B4B" w:rsidRDefault="00021CD1">
      <w:pPr>
        <w:pStyle w:val="Nagwek4"/>
      </w:pPr>
      <w:r>
        <w:t>Pistolet – PPN 10 z 15</w:t>
      </w:r>
    </w:p>
    <w:p w:rsidR="00957B4B" w:rsidRDefault="00021CD1">
      <w:r>
        <w:t>• 15 strzałów ocenianych (liczy się 10 najlepszych)</w:t>
      </w:r>
    </w:p>
    <w:p w:rsidR="00957B4B" w:rsidRDefault="00021CD1">
      <w:r>
        <w:t>• Czas: 6 minut</w:t>
      </w:r>
    </w:p>
    <w:p w:rsidR="00957B4B" w:rsidRDefault="00021CD1">
      <w:r>
        <w:t>• Postawa stojąc</w:t>
      </w:r>
    </w:p>
    <w:p w:rsidR="00957B4B" w:rsidRDefault="00021CD1">
      <w:r>
        <w:t>• Przyrządy mechaniczne, tarcza PPN</w:t>
      </w:r>
    </w:p>
    <w:p w:rsidR="00957B4B" w:rsidRDefault="00021CD1">
      <w:pPr>
        <w:pStyle w:val="Nagwek4"/>
      </w:pPr>
      <w:r>
        <w:t>Karabin – KPN 10</w:t>
      </w:r>
    </w:p>
    <w:p w:rsidR="00957B4B" w:rsidRDefault="00021CD1">
      <w:r>
        <w:t>• 10 strzałów ocenianych</w:t>
      </w:r>
    </w:p>
    <w:p w:rsidR="00957B4B" w:rsidRDefault="00021CD1">
      <w:r>
        <w:t>• Czas: 5 minut</w:t>
      </w:r>
    </w:p>
    <w:p w:rsidR="00957B4B" w:rsidRDefault="00021CD1">
      <w:r>
        <w:t>• Postawa stojąc</w:t>
      </w:r>
    </w:p>
    <w:p w:rsidR="00957B4B" w:rsidRDefault="00021CD1">
      <w:r>
        <w:t>• Przyrządy mechaniczne, tarcza KPN</w:t>
      </w:r>
    </w:p>
    <w:p w:rsidR="00957B4B" w:rsidRDefault="00021CD1">
      <w:pPr>
        <w:pStyle w:val="Nagwek4"/>
      </w:pPr>
      <w:r>
        <w:t>Karabin – KPN 10 z 15</w:t>
      </w:r>
    </w:p>
    <w:p w:rsidR="00957B4B" w:rsidRDefault="00021CD1">
      <w:r>
        <w:t>• 15 strzałów ocenianych (liczy się 10 najlepszych)</w:t>
      </w:r>
    </w:p>
    <w:p w:rsidR="00957B4B" w:rsidRDefault="00021CD1">
      <w:r>
        <w:t>• Czas: 6 minut</w:t>
      </w:r>
    </w:p>
    <w:p w:rsidR="00957B4B" w:rsidRDefault="00021CD1">
      <w:r>
        <w:t>• Postawa stojąc</w:t>
      </w:r>
    </w:p>
    <w:p w:rsidR="00957B4B" w:rsidRDefault="00021CD1">
      <w:r>
        <w:t>• Przyrządy mechaniczne, tarcza KPN</w:t>
      </w:r>
    </w:p>
    <w:p w:rsidR="00957B4B" w:rsidRDefault="00021CD1">
      <w:pPr>
        <w:pStyle w:val="Nagwek3"/>
      </w:pPr>
      <w:r>
        <w:t>5. Nagrody</w:t>
      </w:r>
    </w:p>
    <w:p w:rsidR="00957B4B" w:rsidRDefault="00021CD1">
      <w:r>
        <w:t>a) Każda kobieta otrzyma okolicznościowy kubek i kwiat.</w:t>
      </w:r>
    </w:p>
    <w:p w:rsidR="00957B4B" w:rsidRDefault="00021CD1">
      <w:r>
        <w:lastRenderedPageBreak/>
        <w:t>b) Każdy mężczyzna startujący w komplecie konkurencji otrzyma kubek niespodziankę (3 wzory do wyboru).</w:t>
      </w:r>
    </w:p>
    <w:p w:rsidR="00957B4B" w:rsidRDefault="00021CD1">
      <w:r>
        <w:t>c) Dyplomy za miejsca I–III.</w:t>
      </w:r>
    </w:p>
    <w:p w:rsidR="00957B4B" w:rsidRDefault="00021CD1">
      <w:r>
        <w:t>d) Klasyfikacja łączna par – puchary za miejsca I–III.</w:t>
      </w:r>
    </w:p>
    <w:p w:rsidR="00957B4B" w:rsidRDefault="00021CD1">
      <w:pPr>
        <w:pStyle w:val="Nagwek3"/>
      </w:pPr>
      <w:r>
        <w:t>6. Koszt uczestnictwa</w:t>
      </w:r>
    </w:p>
    <w:p w:rsidR="00957B4B" w:rsidRDefault="00021CD1">
      <w:r>
        <w:t>a) 25 zł / konkurencja.</w:t>
      </w:r>
    </w:p>
    <w:p w:rsidR="00957B4B" w:rsidRDefault="00021CD1">
      <w:r>
        <w:t>b) Płatność w dniu zawodów lub BLIK na nr 503-163-658.</w:t>
      </w:r>
    </w:p>
    <w:p w:rsidR="00957B4B" w:rsidRDefault="00021CD1">
      <w:pPr>
        <w:pStyle w:val="Nagwek3"/>
      </w:pPr>
      <w:r>
        <w:t>7. Postanowienia końcowe</w:t>
      </w:r>
    </w:p>
    <w:p w:rsidR="00957B4B" w:rsidRDefault="00021CD1">
      <w:r>
        <w:t>a) Broń i amunicja zgodna z przepisami PZSS i formułą zawodów.</w:t>
      </w:r>
    </w:p>
    <w:p w:rsidR="00957B4B" w:rsidRDefault="00021CD1">
      <w:r>
        <w:t>b) Dopuszcza się broń użyczoną.</w:t>
      </w:r>
    </w:p>
    <w:p w:rsidR="00957B4B" w:rsidRDefault="00021CD1">
      <w:r>
        <w:t>c) Obowiązkowe ochronniki wzroku i słuchu.</w:t>
      </w:r>
    </w:p>
    <w:p w:rsidR="00957B4B" w:rsidRDefault="00021CD1">
      <w:r>
        <w:t>d) Do strzelania dopuszczona osoba zapoznana z regulaminem strzelnicy i BHP.</w:t>
      </w:r>
    </w:p>
    <w:p w:rsidR="00957B4B" w:rsidRDefault="00021CD1">
      <w:r>
        <w:t>e) Klasyfikacja indywidualna w konkurencjach.</w:t>
      </w:r>
    </w:p>
    <w:p w:rsidR="00957B4B" w:rsidRDefault="00021CD1">
      <w:r>
        <w:t>f) Indywidualnie wygrywa zawodnik z największą liczbą punktów.</w:t>
      </w:r>
    </w:p>
    <w:p w:rsidR="00957B4B" w:rsidRDefault="00021CD1">
      <w:r>
        <w:t>g) W klasyfikacji łącznej wygrywa para z największą liczbą punktów.</w:t>
      </w:r>
    </w:p>
    <w:p w:rsidR="00957B4B" w:rsidRDefault="00021CD1">
      <w:r>
        <w:t>h) Osoby niepełnoletnie i bez pozwolenia strzelają z instruktorem.</w:t>
      </w:r>
    </w:p>
    <w:p w:rsidR="00957B4B" w:rsidRDefault="00021CD1">
      <w:r>
        <w:t>i) Spory rozstrzyga sędzia główny.</w:t>
      </w:r>
    </w:p>
    <w:p w:rsidR="00957B4B" w:rsidRDefault="00021CD1">
      <w:r>
        <w:t>j) Powtarzanie konkurencji możliwe wyłącznie poza konkursem.</w:t>
      </w:r>
    </w:p>
    <w:p w:rsidR="00957B4B" w:rsidRDefault="00021CD1">
      <w:r>
        <w:t>k) Publikacja zdjęć i materiałów zgodnie z art. 81 ust.2 ustawy o prawie autorskim.</w:t>
      </w:r>
    </w:p>
    <w:p w:rsidR="00957B4B" w:rsidRDefault="00021CD1">
      <w:r>
        <w:t>l) Startujący potwierdza zapoznanie się z regulaminem podpisem.</w:t>
      </w:r>
    </w:p>
    <w:p w:rsidR="00957B4B" w:rsidRDefault="00021CD1">
      <w:r>
        <w:t>m) Kawka i ciastko gratis.</w:t>
      </w:r>
    </w:p>
    <w:p w:rsidR="00957B4B" w:rsidRDefault="00021CD1">
      <w:r>
        <w:br/>
        <w:t>SERDECZNIE ZAPRASZAMY!</w:t>
      </w:r>
    </w:p>
    <w:p w:rsidR="00021CD1" w:rsidRDefault="00021CD1">
      <w:r>
        <w:t>Organizatorzy.</w:t>
      </w:r>
    </w:p>
    <w:sectPr w:rsidR="00021CD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20"/>
  <w:hyphenationZone w:val="425"/>
  <w:characterSpacingControl w:val="doNotCompress"/>
  <w:compat>
    <w:useFELayout/>
  </w:compat>
  <w:rsids>
    <w:rsidRoot w:val="00B47730"/>
    <w:rsid w:val="00021CD1"/>
    <w:rsid w:val="00034616"/>
    <w:rsid w:val="0006063C"/>
    <w:rsid w:val="0015074B"/>
    <w:rsid w:val="0029639D"/>
    <w:rsid w:val="00326F90"/>
    <w:rsid w:val="003A4CA6"/>
    <w:rsid w:val="005641C6"/>
    <w:rsid w:val="00957B4B"/>
    <w:rsid w:val="00AA1D8D"/>
    <w:rsid w:val="00B47730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nyWeb">
    <w:name w:val="Normal (Web)"/>
    <w:basedOn w:val="Normalny"/>
    <w:uiPriority w:val="99"/>
    <w:semiHidden/>
    <w:unhideWhenUsed/>
    <w:rsid w:val="00021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354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Użytkownik systemu Windows</cp:lastModifiedBy>
  <cp:revision>4</cp:revision>
  <dcterms:created xsi:type="dcterms:W3CDTF">2026-03-02T16:45:00Z</dcterms:created>
  <dcterms:modified xsi:type="dcterms:W3CDTF">2026-03-02T18:49:00Z</dcterms:modified>
</cp:coreProperties>
</file>